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«РИШЕ»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Территориальный орган Росздравнадзор по КК (подробнее) ТЕРРИТОРИАЛЬНЫЙ ОРГАН ФЕДЕРАЛЬНОЙ СЛУЖБЫ ПО НАДЗОРУ В СФЕРЕ ЗДРАВООХРАНЕНИЯ ПО КРАСНОДАРСКОМУ КРАЮ (подробнее) Ответчики: ООО "Рише"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