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«АИСА ИТ-СЕРВИС»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"АИСА ИТ-СЕРВИС" (подробнее) Ответчики: ИФНС России №29 по г.Москве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