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«Первая медицинская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