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25.05.2022,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2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«АгроКап»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