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автономному общеобразовательному учреждению «Лобановская средняя школа»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