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«Каниф»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"Каниф" (подробнее) Ответчики: Агентство лесного и охотничьего хозяйства Сахалинской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