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Иркутской области в лице Службы по тарифам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