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арамонову Евгению Викто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