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Пилояну Аршалуйсу Альбертовичу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