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Нижне-Волжскому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"Газпром Газораспределение" (подробнее) Ответчики: Нижне-Волжское управление Федеральной службы по экологическому, технологическому и атомному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