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Ответчики: ИФНС №5 по г. Краснодару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