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«Руссо УПАК»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"РУССО УПАК" (подробнее) Ответчики: ООО "РУССО ЛОГИСТИКС"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