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«Эрих Краузе Финланд»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ЭРИХ КРАУЗЕ ФИНЛАНД (подробнее) Ответчики: МИФНС России №47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