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Солопу Николаю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