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Ямало-Ненецкому автономному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