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Московской области «Государственная жилищная инспекция Московской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МУЖРП №1 г.о. Подольск (подробнее) Ответчики: ГУ МО "ГЖИ МО"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