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«Энергопартнер+»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Государственный комитет Республики Татарстан по тарифам (подробнее) ООО "ЭНЕРГОПАРТНЕР+" (подробнее) Ответчики: Федеральная антимономольная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