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«Котлосервис-Сев»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"Котлосервис-Сев" (подробнее) Ответчики: ООО "МЕТТРАНСТЕРМИНАЛ"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