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Лопардиной Анне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