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Ненарокова Евгения Игоревича удовлетворить. Срок подачи кассационной жалобы на определение Арбитражного суда Ямало-Ненецкого автономного округа от 17.02.2022 и постановление Восьмого арбитражного апелляционного суда от 23.05.2022 по делу № А81-2761/2021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