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«Медногорский медно-серный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