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«Сервис-Плюс» (далее – Общество) обратилось в Арбитражный суд Смоленской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Шаблинскому Дмитрию Трофимовичу (далее – Предприниматель) о взыскании 124 642 рублей 71 копейки задолженности. Решением Арбитражного суда Смоленской области от 30.11.2021, оставленным без изменения постановлением Двадцатого арбитражного апелляционного суда от 05.03.2022 и постановлением Арбитражного суда Центрального округа от 07.06.2022,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апелляционной инстанции необоснованно не принял его контррасчет; размер платы за услуги по 2 содержанию и текущему ремонту не применимым. На основании вступившего в законную силу решения Сафоновского районного суда Смоленской области от 02.02.2017 по гражданскому делу №2-64/2017 о признании недействительным решений общего собрания собственников помещений многоквартирного дома №6 по ул.Советской г.Сафоново Смоленской области приказом Главного управления от 23.06.2017 №072/ИЛ указанный многоквартирный дом был исключен из перечня адресов многоквартирных домов, управление которыми осуществляло ООО УК «Сервис-Плюс». ООО «УК «Сервис-Плюс» в период с апреля 2017 по июнь 2018 осуществляло управление многоквартирным домом по адресу: Смоленская область, г.Сафоново, ул.Советская, д.6 по договору от 09.02.2016, признанного недействительным. Размер платы за жилое помещение был установлен решением Совета Депутатов Сафоновского районного поселения Сафоновского района Смоленской области только 03.11.2017 №11/1 и в соответствии с пунктом 9 указанного решения распространяет свое действие на правоотношения, возникшие с 01.11.2017.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являлось управляющей организацией в отношении многоквартирного дома (далее – МКД), расположенного по адресу: Смоленская обл., г. Сафоново, ул. Советская, д. 6 в период с апреля 2017 по июнь 2018 включительно; в отношении МКД, расположенного по адресу: Смоленская область, г. Сафоново, ул. Советская, д. 8 в период с апреля 2017 по октябрь 2018 включительно. Согласно выписке из Единого государственного реестра недвижимости ответчику на праве собственности принадлежит нежилое помещение общей площадью 698,9 кв. м, расположенное по адресу: Смоленская обл., г. Сафоново, ул. Советская, д. 6-8, кадастровый № 67:17:0010342:871. Поскольку истец оказывал услуги по содержанию и текущему ремонту общего имущества МКД в спорный период, а Предприниматель оказанные услуги не оплатил, Общество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согласно которому встроенно-пристроенное помещение, 3 принадлежащее на праве собственности ответчику, не является самостоятельным объектом недвижимости, является частью многоквартирных жилых домов, находящихся в управлении истца, руководствуясь статьями 210, 249, 290,291, 309, 310, 779, 781 Гражданского кодекса Российской Федерации, статьями 36,44, 153, 156, 158,161,162,200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удовлетворили требования, исходя из того, что ответчик, как собственник помещения обязан нести бремя содержания имущества путем оплаты предоставляемых услуг. Начисление платы истцом ответчику производилось из площади помещения, что соответствует сведениям, содержащимся в ЕГРН, и размера платы за услуги по содержанию и текущему ремонту дома, утвержденного протоколом №3 от 08.02.2016 общего собрания собственников помещений в доме по адресу : г.Сафоново, ул.Советская, д.6 На основании вступившего в законную силу решения Сафоновского районного суда Смоленской области от 02.02.2017 по гражданскому делу №2- 64/2017 о признании недействительным решений общего собрания собственников помещений многоквартирного дома №6 по ул.Советской г.Сафоново Смоленской области приказом Главного управления от 23.06.2017 №072/ИЛ указанный многоквартирный дом был исключен из перечня адресов многоквартирных домов, управление которыми осуществляло ООО УК «Сервис-Плюс». Однако в силу статьи 199,части 3 статьи 200 Жилищного кодекса ООО УК «Сервис-Плюс» обязано было продолжить надлежащим образом исполнять обязанности по управлению многоквартирным домом до выбора собственниками способа управления или проведения органом местного самоуправления открытого конкурса по отбору управляющей организации для указанного дома. 13.06.2018 в Главное управление поступило заявление ООО УК «СоюзМенеджмент» о внесении изменений в реестр лицензий Смоленской области в части включения многоквартирного дома №6 по ул.Советской г.Сафоново Смоленской области в перечень адресов многоквартирных домов, управление которыми осуществляет лицензиат на основании протокола открытого конкурса от 09.04.2018 по отбору управляющей организации. Таким образом, судами сделан правильный вывод о том, что управление указанным домом за период с апреля 2017 по 30 июня 2018 осуществляло ООО УК «Сервис-Плюс». Не приняв представленный ответчиком контррасчет, суд апелляционной инстанции, руководствуясь статьей 268 АПК РФ и разъяснениями, изложенными в пункте 29 Постановления Пленума Верховного Суда Российской Федерации от 30.06.2020 №12 «О применении арбитражного процессуального кодекса 4 Российской Федерации при рассмотрении дел в арбитражном суде апелляционной инстанции», указал, что ответчик не обосновал наличия объективных обстоятельств невозможности представления его в суд первой инстанции.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Шаблинского Дмитрия Трофимовича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