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«РЭМП Железнодорожного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