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«Фокстанк Моторс»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