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Шатохину Александру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