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«Автотранссервис-13»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