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«Богучанская ресурсно- инвестиционная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"БОГУЧАНСКАЯ РЕСУРСНО-ИНВЕСТИЦИОННАЯ КОМПАНИЯ" (подробнее) Ответчики: ГЛАВНОЕ УПРАВЛЕНИЕ ФЕДЕРАЛЬНОЙ СЛУЖБЫ СУДЕБНЫХ ПРИСТАВОВ ПО КРАСНОЯРСКОМУ КРАЮ (подробнее) Министерство финансов Красноярского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