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«Девять тридцать три»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