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Новосибирской области «Управление контрактной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