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«Московский эндокринный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ФГУП "Московский эндокринный завод"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