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Квасову Андрею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