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«Горно-промышленная компания «ЗСК»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