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Кемеровской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"А-лес" (подробнее) Ответчики: Кемеровская таможня (подробнее) Кемеровская таможня Сибирского Таможенного управления Федеральной таможенной службы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