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региональное отделение Фонда социального страхования Российской Федерации по Республике Хакасия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ФГУП "АБАКАНСКОЕ ДЕЗИНФЕКЦИОННОЕ ПРЕДПРИЯТИЕ "САНИТА", Г. АБАКАН" (подробнее) ФЕДЕРАЛЬНОЕ БЮДЖЕТНОЕ УЧРЕЖДЕНИЕ ЗДРАВООХРАНЕНИЯ "АБАКАНСКОЕ ДЕЗИНФЕКЦИОННОЕ ПРЕДПРИЯТИЕ "САНИТА", Г. АБАКАН" (подробнее) Ответчики: ГУ региональное отделение Фонда социального страхования Российской Федерации по Республике Хакасия (подробнее) Иные лица: Арбитражный суд Восточно-Сибирского округа (подробнее) Третий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