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поселка Нижний Ингаш Нижнеингашского района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поселка Нижний Ингаш Нижнеингашского района Красноярского края (подробнее) Ответчики: Управление Федеральной антимонопольной службы по Красноярскому краю (подробнее) Иные лица: АС ВСО (подробнее) ТААС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