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«Самарский центр испытаний и сертификации»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ПО АККРЕДИТАЦИИ ПО ПРИВОЛЖСКОМУ ФЕДЕРАЛЬНОМУ ОКРУГУ (подробнее) Ответчики: ООО "Самарский центр испытаний и сертификации" (подробнее) Иные лица: Арбитражный суд Поволжского округа (подробнее) ОСП Промышленного района г.Самара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