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обществам с ограниченной ответственностью «Пакинг групп» и «ПГ Инжиниринг»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