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обществам с ограниченной ответственностью «Пакинг групп» и «ПГ Инжиниринг»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"ПАКИНГ ГРУПП" (подробнее) ООО "ПГ ИНЖИНИРИНГ" (подробнее) Ответчики: ИФНС №33 по г.Москве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