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Краснодарскому краю в лице Территориального отдела в городе-курорте Геленджик Туапсинского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альфа-М (подробнее) Управление Федеральной службы по надзору в сфере защиты прав потребителей и благополучия человека по КК в лице ТО в г. Геленджик (подробнее) Ответчики: ООО "Альфа-М" (подробнее) Роспотребнадзор Геленджик (подробнее) Территориальный отдел Управления федеральной службы по надзору в сфере защиты прав потребителей и благополучия человека по Краснодарскому краю (подробнее) Территориальный отдел Управления Федеральной службы по надзору в сфере защиты прав потребителей и благополучия человека по Краснодарскому краю в городе-курорте Геленджик (подробнее) Территориальный отдел Управления Федеральной службы по надзору в сфере защиты прав потребителей и благополучия человека по Краснодарскому краю в городе-курорте Геленджике (подробнее) Иные лица: Территориальный отдел Роспотребнадзора в городе-курорте Геленджик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