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«Мобильные ТелеСистемы»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ПАО "МОБИЛЬНЫЕ ТЕЛЕСИСТЕМЫ" (подробнее) ПАО "Мобильные ТелеСистемы" в лице филиала "МТС" в Краснодарском крае (подробнее) ПАО "МТС" (подробнее) Ответчики: Управление Росреестра по КК (подробнее) Управление Федеральной службы государственной регистрации, кадастра и картографии по Краснодарскому краю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