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Богданов Ярослав Алексеевич (подробнее) Ответчики: Инспекция Федеральной налоговой службы по г. Тюмени №1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