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«Мегаторг» и обществу с ограниченной ответственностью «Газкомплект 61»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"ГАЗКОМПЛЕКТ 61" (подробнее) ООО "ТМК" (подробнее) ПАО "Трубная Металлургическая Компания" (подробнее) Ответчики: ООО "ЦЕНТР РЕМОНТА МЕТАЛЛУРГИЧЕСКОГО ОБОРУДОВАНИЯ"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