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«Таможенный брокер»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"Таможенный брокер" (подробнее) Ответчики: УРАЛЬСКАЯ ЭЛЕКТРОННАЯ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