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«Золотое сечение»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Ответчики: ООО "Архимет" (подробнее) ООО "Эксперт" (подробнее) Иные лица: ООО " Золотое сечение"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