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«СТАМО Спрингс»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"АРМСТРОЙЭКСПОРТ" (подробнее) Ответчики: ООО "СТАМО СПРИНГС"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