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статьей 29111 Арбитражного процессуального кодекса Российской Федерации, для рассмотрения дела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коммерческому банку «Держава» (публичное акционерное общество)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ЗАЩИТЫ НАСЕЛЕНИЯ И ТЕРРИТОРИЙ ГОРОДА ОТ ЧРЕЗВЫЧАЙНЫХ СИТУАЦИЙ АДМИНИСТРАЦИИ МУНИЦИПАЛЬНОГО ОБРАЗОВАНИЯ "ГОРОД САРАТОВ" (подробнее) Ответчики: ПАО "АКЦИОНЕРНЫЙ КОММЕРЧЕСКИЙ БАНК "ДЕРЖАВА" 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