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«МОСПРОМЖБИ»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"М-Строй" (подробнее) Ответчики: ООО "МОСПРОМЖБИ"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