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«Инфо-Сервис»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"Фирма "Инфо-Сервис" (подробнее) Ответчики: ГКУ КК "Центр бухгалтерского учёта" (подробнее) Управление Федеральной антимонопольной службы по Краснодарскому краю (подробнее) Иные лица: УФАС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