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высшего образования «Санкт-Петербургский государственный 2 университет»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