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«Маслосырзавод «Новопокровский»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